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ResumeTitle"/>
      </w:pPr>
      <w:r>
        <w:t>Derek Santos</w:t>
      </w:r>
    </w:p>
    <w:p>
      <w:pPr>
        <w:pStyle w:val="ResumeSubtitle"/>
      </w:pPr>
      <w:hyperlink r:id="rId9">
        <w:r>
          <w:rPr>
            <w:color w:val="568ed2"/>
            <w:u w:val="none"/>
          </w:rPr>
          <w:t>santosderek.com</w:t>
        </w:r>
      </w:hyperlink>
      <w:r>
        <w:t xml:space="preserve"> | </w:t>
      </w:r>
      <w:r>
        <w:t>Raleigh, NC | santos.jon.derek@gmail.com</w:t>
      </w:r>
      <w:r>
        <w:t xml:space="preserve"> | </w:t>
      </w:r>
      <w:hyperlink r:id="rId10">
        <w:r>
          <w:rPr>
            <w:color w:val="568ed2"/>
            <w:u w:val="none"/>
          </w:rPr>
          <w:t>Linkedin</w:t>
        </w:r>
      </w:hyperlink>
      <w:r>
        <w:t xml:space="preserve"> | </w:t>
      </w:r>
      <w:hyperlink r:id="rId11">
        <w:r>
          <w:rPr>
            <w:color w:val="568ed2"/>
            <w:u w:val="none"/>
          </w:rPr>
          <w:t>Github</w:t>
        </w:r>
      </w:hyperlink>
    </w:p>
    <w:p>
      <w:pPr>
        <w:pStyle w:val="ResumeHeader"/>
        <w:pBdr>
          <w:bottom w:val="single" w:sz="6" w:space="1" w:color="auto"/>
        </w:pBdr>
      </w:pPr>
      <w:r>
        <w:t>Technical Skills</w:t>
      </w:r>
    </w:p>
    <w:p>
      <w:r>
        <w:rPr>
          <w:b/>
        </w:rPr>
        <w:t>Technologies</w:t>
      </w:r>
    </w:p>
    <w:p>
      <w:r>
        <w:t>Python</w:t>
      </w:r>
      <w:r>
        <w:t xml:space="preserve">, </w:t>
      </w:r>
      <w:r>
        <w:t>Java</w:t>
      </w:r>
      <w:r>
        <w:t xml:space="preserve">, </w:t>
      </w:r>
      <w:r>
        <w:t>C++</w:t>
      </w:r>
      <w:r>
        <w:t xml:space="preserve">, </w:t>
      </w:r>
      <w:r>
        <w:t>CSS</w:t>
      </w:r>
      <w:r>
        <w:t xml:space="preserve">, </w:t>
      </w:r>
      <w:r>
        <w:t>Javascript</w:t>
      </w:r>
      <w:r>
        <w:t xml:space="preserve">, </w:t>
      </w:r>
      <w:r>
        <w:t>Git</w:t>
      </w:r>
      <w:r>
        <w:t xml:space="preserve">, </w:t>
      </w:r>
      <w:r>
        <w:t>Docker</w:t>
      </w:r>
      <w:r>
        <w:t xml:space="preserve">, </w:t>
      </w:r>
      <w:r>
        <w:t>LXC / LXD</w:t>
      </w:r>
      <w:r>
        <w:t xml:space="preserve">, </w:t>
      </w:r>
      <w:r>
        <w:t>Flask</w:t>
      </w:r>
      <w:r>
        <w:t xml:space="preserve">, </w:t>
      </w:r>
      <w:r>
        <w:t>SQLAlchemy</w:t>
      </w:r>
      <w:r>
        <w:t xml:space="preserve">, </w:t>
      </w:r>
      <w:r>
        <w:t>REST APIs</w:t>
      </w:r>
      <w:r>
        <w:t xml:space="preserve">, </w:t>
      </w:r>
      <w:r>
        <w:t>JSON</w:t>
      </w:r>
      <w:r>
        <w:t xml:space="preserve">, </w:t>
      </w:r>
      <w:r>
        <w:t>YAML</w:t>
      </w:r>
      <w:r>
        <w:t xml:space="preserve">, </w:t>
      </w:r>
      <w:r>
        <w:t>Ansible</w:t>
      </w:r>
      <w:r>
        <w:t xml:space="preserve">, </w:t>
      </w:r>
      <w:r>
        <w:t>Open Computer Vision</w:t>
      </w:r>
      <w:r>
        <w:t xml:space="preserve">, </w:t>
      </w:r>
      <w:r>
        <w:t>NGINX</w:t>
      </w:r>
      <w:r>
        <w:t xml:space="preserve">, </w:t>
      </w:r>
      <w:r>
        <w:t>Kubernetes</w:t>
      </w:r>
      <w:r>
        <w:t xml:space="preserve">, </w:t>
      </w:r>
      <w:r>
        <w:t>Object Orientated Programming</w:t>
      </w:r>
      <w:r>
        <w:t xml:space="preserve">, </w:t>
      </w:r>
      <w:r>
        <w:t>UML</w:t>
      </w:r>
      <w:r>
        <w:t xml:space="preserve">, </w:t>
      </w:r>
      <w:r>
        <w:t>MVC Pattern</w:t>
      </w:r>
      <w:r>
        <w:t xml:space="preserve">, </w:t>
      </w:r>
      <w:r>
        <w:t>Continuous integration</w:t>
      </w:r>
      <w:r>
        <w:t xml:space="preserve">, </w:t>
      </w:r>
      <w:r>
        <w:t>JQuery</w:t>
      </w:r>
      <w:r>
        <w:t xml:space="preserve">, </w:t>
      </w:r>
      <w:r>
        <w:t>MongoDB</w:t>
      </w:r>
      <w:r>
        <w:t xml:space="preserve">, </w:t>
      </w:r>
      <w:r>
        <w:t>ZFS</w:t>
      </w:r>
      <w:r>
        <w:t xml:space="preserve">, </w:t>
      </w:r>
      <w:r>
        <w:t>Elasticsearch</w:t>
      </w:r>
      <w:r>
        <w:t xml:space="preserve">, </w:t>
      </w:r>
      <w:r>
        <w:t>Kibana</w:t>
      </w:r>
      <w:r>
        <w:t xml:space="preserve">, </w:t>
      </w:r>
      <w:r>
        <w:t>Logstash</w:t>
      </w:r>
    </w:p>
    <w:p>
      <w:r>
        <w:rPr>
          <w:b/>
        </w:rPr>
        <w:t>Tools</w:t>
      </w:r>
    </w:p>
    <w:p>
      <w:r>
        <w:t>Proxmox</w:t>
      </w:r>
      <w:r>
        <w:t xml:space="preserve">, </w:t>
      </w:r>
      <w:r>
        <w:t>Debian</w:t>
      </w:r>
      <w:r>
        <w:t xml:space="preserve">, </w:t>
      </w:r>
      <w:r>
        <w:t>Ubuntu</w:t>
      </w:r>
      <w:r>
        <w:t xml:space="preserve">, </w:t>
      </w:r>
      <w:r>
        <w:t>Manjaro</w:t>
      </w:r>
      <w:r>
        <w:t xml:space="preserve">, </w:t>
      </w:r>
      <w:r>
        <w:t>Windows</w:t>
      </w:r>
      <w:r>
        <w:t xml:space="preserve">, </w:t>
      </w:r>
      <w:r>
        <w:t>VSCode</w:t>
      </w:r>
      <w:r>
        <w:t xml:space="preserve">, </w:t>
      </w:r>
      <w:r>
        <w:t>Github</w:t>
      </w:r>
      <w:r>
        <w:t xml:space="preserve">, </w:t>
      </w:r>
      <w:r>
        <w:t>Gitlab</w:t>
      </w:r>
      <w:r>
        <w:t xml:space="preserve">, </w:t>
      </w:r>
      <w:r>
        <w:t>Visual Studio 2019</w:t>
      </w:r>
      <w:r>
        <w:t xml:space="preserve">, </w:t>
      </w:r>
      <w:r>
        <w:t>VMWare ESXI</w:t>
      </w:r>
      <w:r>
        <w:t xml:space="preserve">, </w:t>
      </w:r>
      <w:r>
        <w:t>Github Actions</w:t>
      </w:r>
    </w:p>
    <w:p>
      <w:pPr>
        <w:pStyle w:val="ResumeHeader"/>
        <w:pBdr>
          <w:bottom w:val="single" w:sz="6" w:space="1" w:color="auto"/>
        </w:pBdr>
      </w:pPr>
      <w:r>
        <w:t>Experience</w:t>
      </w:r>
    </w:p>
    <w:p>
      <w:r>
        <w:rPr>
          <w:rStyle w:val="Emphasis"/>
          <w:b/>
        </w:rPr>
        <w:t xml:space="preserve"> August 2022 - Present  </w:t>
      </w:r>
      <w:r>
        <w:rPr>
          <w:b/>
        </w:rPr>
        <w:t xml:space="preserve">Cisco Systems - Software Engineer III  </w:t>
      </w:r>
      <w:r>
        <w:rPr>
          <w:rStyle w:val="Emphasis"/>
        </w:rPr>
        <w:t xml:space="preserve"> Python</w:t>
      </w:r>
      <w:r>
        <w:rPr>
          <w:rStyle w:val="Emphasis"/>
        </w:rPr>
        <w:t>,</w:t>
      </w:r>
      <w:r>
        <w:rPr>
          <w:rStyle w:val="Emphasis"/>
        </w:rPr>
        <w:t xml:space="preserve"> Flask</w:t>
      </w:r>
      <w:r>
        <w:rPr>
          <w:rStyle w:val="Emphasis"/>
        </w:rPr>
        <w:t>,</w:t>
      </w:r>
      <w:r>
        <w:rPr>
          <w:rStyle w:val="Emphasis"/>
        </w:rPr>
        <w:t xml:space="preserve"> SQLAlchemy</w:t>
      </w:r>
      <w:r>
        <w:rPr>
          <w:rStyle w:val="Emphasis"/>
        </w:rPr>
        <w:t>,</w:t>
      </w:r>
      <w:r>
        <w:rPr>
          <w:rStyle w:val="Emphasis"/>
        </w:rPr>
        <w:t xml:space="preserve"> Marshmallow</w:t>
      </w:r>
      <w:r>
        <w:rPr>
          <w:rStyle w:val="Emphasis"/>
        </w:rPr>
        <w:t>,</w:t>
      </w:r>
      <w:r>
        <w:rPr>
          <w:rStyle w:val="Emphasis"/>
        </w:rPr>
        <w:t xml:space="preserve"> MariaDB</w:t>
      </w:r>
      <w:r>
        <w:rPr>
          <w:rStyle w:val="Emphasis"/>
        </w:rPr>
        <w:t>,</w:t>
      </w:r>
      <w:r>
        <w:rPr>
          <w:rStyle w:val="Emphasis"/>
        </w:rPr>
        <w:t xml:space="preserve"> Docker</w:t>
      </w:r>
      <w:r>
        <w:rPr>
          <w:rStyle w:val="Emphasis"/>
        </w:rPr>
        <w:t>,</w:t>
      </w:r>
      <w:r>
        <w:rPr>
          <w:rStyle w:val="Emphasis"/>
        </w:rPr>
        <w:t xml:space="preserve"> Kubernetes</w:t>
      </w:r>
      <w:r>
        <w:rPr>
          <w:rStyle w:val="Emphasis"/>
        </w:rPr>
        <w:t xml:space="preserve"> - Raleigh, North Carolina</w:t>
      </w:r>
    </w:p>
    <w:p>
      <w:pPr>
        <w:pStyle w:val="ListBullet"/>
      </w:pPr>
      <w:r>
        <w:t>Pioneered advancements in automation enabling reuse business-wide and saving network engineers hundreds of hours of network troubleshooting.</w:t>
      </w:r>
    </w:p>
    <w:p>
      <w:pPr>
        <w:pStyle w:val="ListBullet"/>
      </w:pPr>
      <w:r>
        <w:t>Co-Created automation and coding standards revolving around automated testing frameworks.</w:t>
      </w:r>
    </w:p>
    <w:p>
      <w:pPr>
        <w:pStyle w:val="ListBullet"/>
      </w:pPr>
      <w:r>
        <w:t>Developed and maintained a 30+ microservice application used by thousands of users at an international scale.</w:t>
      </w:r>
    </w:p>
    <w:p>
      <w:r>
        <w:rPr>
          <w:rStyle w:val="Emphasis"/>
          <w:b/>
        </w:rPr>
        <w:t xml:space="preserve"> July 2021 - August 2022  </w:t>
      </w:r>
      <w:r>
        <w:rPr>
          <w:b/>
        </w:rPr>
        <w:t xml:space="preserve">Cisco Systems [Collabera] - Full Stack Software Engineer  </w:t>
      </w:r>
      <w:r>
        <w:rPr>
          <w:rStyle w:val="Emphasis"/>
        </w:rPr>
        <w:t xml:space="preserve"> Python</w:t>
      </w:r>
      <w:r>
        <w:rPr>
          <w:rStyle w:val="Emphasis"/>
        </w:rPr>
        <w:t>,</w:t>
      </w:r>
      <w:r>
        <w:rPr>
          <w:rStyle w:val="Emphasis"/>
        </w:rPr>
        <w:t xml:space="preserve"> Flask</w:t>
      </w:r>
      <w:r>
        <w:rPr>
          <w:rStyle w:val="Emphasis"/>
        </w:rPr>
        <w:t>,</w:t>
      </w:r>
      <w:r>
        <w:rPr>
          <w:rStyle w:val="Emphasis"/>
        </w:rPr>
        <w:t xml:space="preserve"> SQLAlchemy</w:t>
      </w:r>
      <w:r>
        <w:rPr>
          <w:rStyle w:val="Emphasis"/>
        </w:rPr>
        <w:t>,</w:t>
      </w:r>
      <w:r>
        <w:rPr>
          <w:rStyle w:val="Emphasis"/>
        </w:rPr>
        <w:t xml:space="preserve"> Marshmallow</w:t>
      </w:r>
      <w:r>
        <w:rPr>
          <w:rStyle w:val="Emphasis"/>
        </w:rPr>
        <w:t xml:space="preserve"> - Raleigh, North Carolina</w:t>
      </w:r>
    </w:p>
    <w:p>
      <w:pPr>
        <w:pStyle w:val="ListBullet"/>
      </w:pPr>
      <w:r>
        <w:t>Developed and maintained several Python-based applications used by several Fortune 500 companies and other Cisco customers to automate the configuration and monitoring of large-scale network infrastructure devices.</w:t>
      </w:r>
    </w:p>
    <w:p>
      <w:pPr>
        <w:pStyle w:val="ListBullet"/>
      </w:pPr>
      <w:r>
        <w:t>Tested and deployed applications using CI/CD tools such as Jenkins, Docker, and Kubernetes.</w:t>
      </w:r>
    </w:p>
    <w:p>
      <w:pPr>
        <w:pStyle w:val="ListBullet"/>
      </w:pPr>
      <w:r>
        <w:t>Worked in a fast, constantly changing environment to deliver new feature requests, including (but not limited to) providing a RESTful API to each feature.</w:t>
      </w:r>
    </w:p>
    <w:p>
      <w:pPr>
        <w:pStyle w:val="ListBullet"/>
      </w:pPr>
      <w:r>
        <w:t>Led the debugging of complex issues and provided solutions with minimal downtime.</w:t>
      </w:r>
    </w:p>
    <w:p>
      <w:pPr>
        <w:pStyle w:val="ListBullet"/>
      </w:pPr>
      <w:r>
        <w:t>Collaborated in an Agile team using the Scrum framework to manage incoming features and tickets.</w:t>
      </w:r>
    </w:p>
    <w:p>
      <w:r>
        <w:rPr>
          <w:rStyle w:val="Emphasis"/>
          <w:b/>
        </w:rPr>
        <w:t xml:space="preserve"> August 2021 - Present  </w:t>
      </w:r>
      <w:r>
        <w:rPr>
          <w:b/>
        </w:rPr>
        <w:t xml:space="preserve">Author of Interactive Scenarios for Pearson Eductation  </w:t>
      </w:r>
      <w:r>
        <w:rPr>
          <w:rStyle w:val="Emphasis"/>
        </w:rPr>
        <w:t xml:space="preserve"> Python</w:t>
      </w:r>
      <w:r>
        <w:rPr>
          <w:rStyle w:val="Emphasis"/>
        </w:rPr>
        <w:t>,</w:t>
      </w:r>
      <w:r>
        <w:rPr>
          <w:rStyle w:val="Emphasis"/>
        </w:rPr>
        <w:t xml:space="preserve"> tcpdump</w:t>
      </w:r>
      <w:r>
        <w:rPr>
          <w:rStyle w:val="Emphasis"/>
        </w:rPr>
        <w:t>,</w:t>
      </w:r>
      <w:r>
        <w:rPr>
          <w:rStyle w:val="Emphasis"/>
        </w:rPr>
        <w:t xml:space="preserve"> Nmap</w:t>
      </w:r>
      <w:r>
        <w:rPr>
          <w:rStyle w:val="Emphasis"/>
        </w:rPr>
        <w:t>,</w:t>
      </w:r>
      <w:r>
        <w:rPr>
          <w:rStyle w:val="Emphasis"/>
        </w:rPr>
        <w:t xml:space="preserve"> Tshark</w:t>
      </w:r>
      <w:r>
        <w:rPr>
          <w:rStyle w:val="Emphasis"/>
        </w:rPr>
        <w:t xml:space="preserve"> - Remote</w:t>
      </w:r>
    </w:p>
    <w:p>
      <w:pPr>
        <w:pStyle w:val="ListBullet"/>
      </w:pPr>
      <w:r>
        <w:t>Co-Author for the following interactive learning labs on tools for Ethical Hacking:</w:t>
      </w:r>
    </w:p>
    <w:p>
      <w:pPr>
        <w:pStyle w:val="ListBullet"/>
      </w:pPr>
      <w:r>
        <w:t>Ethical Hacking: Introducing Network and Port Scanning using Nmap</w:t>
      </w:r>
    </w:p>
    <w:p>
      <w:pPr>
        <w:pStyle w:val="ListBullet"/>
      </w:pPr>
      <w:r>
        <w:t>Ethical Hacking: Advanced Nmap Scanning and the Nmap Scripting Engine</w:t>
      </w:r>
    </w:p>
    <w:p>
      <w:pPr>
        <w:pStyle w:val="ListBullet"/>
      </w:pPr>
      <w:r>
        <w:t>Ethical Hacking: Web Application Vulnerability Scanning with Nikto</w:t>
      </w:r>
    </w:p>
    <w:p>
      <w:pPr>
        <w:pStyle w:val="ListBullet"/>
      </w:pPr>
      <w:r>
        <w:t>Ethical Hacking: Capturing and Analyzing Packet Packets with TShark and tcpdump</w:t>
      </w:r>
    </w:p>
    <w:p>
      <w:pPr>
        <w:pStyle w:val="ListBullet"/>
      </w:pPr>
      <w:r>
        <w:t>Ethical Hacking: Scanning Docker Containers with Grype</w:t>
      </w:r>
    </w:p>
    <w:p>
      <w:r>
        <w:rPr>
          <w:rStyle w:val="Emphasis"/>
          <w:b/>
        </w:rPr>
        <w:t xml:space="preserve"> Aug 2020 - Dec 2020  </w:t>
      </w:r>
      <w:r>
        <w:rPr>
          <w:b/>
        </w:rPr>
        <w:t xml:space="preserve">Vitality - Senior Project  </w:t>
      </w:r>
      <w:r>
        <w:rPr>
          <w:rStyle w:val="Emphasis"/>
        </w:rPr>
        <w:t xml:space="preserve"> Python</w:t>
      </w:r>
      <w:r>
        <w:rPr>
          <w:rStyle w:val="Emphasis"/>
        </w:rPr>
        <w:t>,</w:t>
      </w:r>
      <w:r>
        <w:rPr>
          <w:rStyle w:val="Emphasis"/>
        </w:rPr>
        <w:t xml:space="preserve"> Github Actions</w:t>
      </w:r>
      <w:r>
        <w:rPr>
          <w:rStyle w:val="Emphasis"/>
        </w:rPr>
        <w:t>,</w:t>
      </w:r>
      <w:r>
        <w:rPr>
          <w:rStyle w:val="Emphasis"/>
        </w:rPr>
        <w:t xml:space="preserve"> Flask</w:t>
      </w:r>
      <w:r>
        <w:rPr>
          <w:rStyle w:val="Emphasis"/>
        </w:rPr>
        <w:t>,</w:t>
      </w:r>
      <w:r>
        <w:rPr>
          <w:rStyle w:val="Emphasis"/>
        </w:rPr>
        <w:t xml:space="preserve"> Docker</w:t>
      </w:r>
      <w:r>
        <w:rPr>
          <w:rStyle w:val="Emphasis"/>
        </w:rPr>
        <w:t>,</w:t>
      </w:r>
      <w:r>
        <w:rPr>
          <w:rStyle w:val="Emphasis"/>
        </w:rPr>
        <w:t xml:space="preserve"> Nginx</w:t>
      </w:r>
      <w:r>
        <w:rPr>
          <w:rStyle w:val="Emphasis"/>
        </w:rPr>
        <w:t>,</w:t>
      </w:r>
      <w:r>
        <w:rPr>
          <w:rStyle w:val="Emphasis"/>
        </w:rPr>
        <w:t xml:space="preserve"> Ansible</w:t>
      </w:r>
      <w:r>
        <w:rPr>
          <w:rStyle w:val="Emphasis"/>
        </w:rPr>
        <w:t>,</w:t>
      </w:r>
      <w:r>
        <w:rPr>
          <w:rStyle w:val="Emphasis"/>
        </w:rPr>
        <w:t xml:space="preserve"> MongoDB</w:t>
      </w:r>
      <w:r>
        <w:rPr>
          <w:rStyle w:val="Emphasis"/>
        </w:rPr>
        <w:t xml:space="preserve"> - Raleigh, North Carolina</w:t>
      </w:r>
    </w:p>
    <w:p>
      <w:pPr>
        <w:pStyle w:val="ListBullet"/>
      </w:pPr>
      <w:r>
        <w:t>Managed and guided a team of six developers to create a mobile and web application for automated scheduling of workouts and trainings.</w:t>
      </w:r>
    </w:p>
    <w:p>
      <w:pPr>
        <w:pStyle w:val="ListBullet"/>
      </w:pPr>
      <w:r>
        <w:t>Embraced continuous integration with GitHub actions, as well as performing automated unit testing to scale my team.</w:t>
      </w:r>
    </w:p>
    <w:p>
      <w:pPr>
        <w:pStyle w:val="ListBullet"/>
      </w:pPr>
      <w:r>
        <w:t>Deployed different applications in a microservice architecture using Docker allowing the application to be scaled with demand.</w:t>
      </w:r>
    </w:p>
    <w:p>
      <w:pPr>
        <w:pStyle w:val="ListBullet"/>
      </w:pPr>
      <w:r>
        <w:t>The project was completed within three sprints of two-week intervals from design to proof-of-concept in six weeks.</w:t>
      </w:r>
    </w:p>
    <w:p>
      <w:r>
        <w:rPr>
          <w:rStyle w:val="Emphasis"/>
          <w:b/>
        </w:rPr>
        <w:t xml:space="preserve"> May 2019 - Aug 2019  </w:t>
      </w:r>
      <w:r>
        <w:rPr>
          <w:b/>
        </w:rPr>
        <w:t xml:space="preserve">Cisco Systems - Security Orchestration  </w:t>
      </w:r>
      <w:r>
        <w:rPr>
          <w:rStyle w:val="Emphasis"/>
        </w:rPr>
        <w:t xml:space="preserve"> Python</w:t>
      </w:r>
      <w:r>
        <w:rPr>
          <w:rStyle w:val="Emphasis"/>
        </w:rPr>
        <w:t>,</w:t>
      </w:r>
      <w:r>
        <w:rPr>
          <w:rStyle w:val="Emphasis"/>
        </w:rPr>
        <w:t xml:space="preserve"> Java</w:t>
      </w:r>
      <w:r>
        <w:rPr>
          <w:rStyle w:val="Emphasis"/>
        </w:rPr>
        <w:t>,</w:t>
      </w:r>
      <w:r>
        <w:rPr>
          <w:rStyle w:val="Emphasis"/>
        </w:rPr>
        <w:t xml:space="preserve"> Cisco Firepower</w:t>
      </w:r>
      <w:r>
        <w:rPr>
          <w:rStyle w:val="Emphasis"/>
        </w:rPr>
        <w:t>,</w:t>
      </w:r>
      <w:r>
        <w:rPr>
          <w:rStyle w:val="Emphasis"/>
        </w:rPr>
        <w:t xml:space="preserve"> Cisco ISE</w:t>
      </w:r>
      <w:r>
        <w:rPr>
          <w:rStyle w:val="Emphasis"/>
        </w:rPr>
        <w:t>,</w:t>
      </w:r>
      <w:r>
        <w:rPr>
          <w:rStyle w:val="Emphasis"/>
        </w:rPr>
        <w:t xml:space="preserve"> pxGrid</w:t>
      </w:r>
      <w:r>
        <w:rPr>
          <w:rStyle w:val="Emphasis"/>
        </w:rPr>
        <w:t>,</w:t>
      </w:r>
      <w:r>
        <w:rPr>
          <w:rStyle w:val="Emphasis"/>
        </w:rPr>
        <w:t xml:space="preserve"> Cisco Secure Firewall</w:t>
      </w:r>
      <w:r>
        <w:rPr>
          <w:rStyle w:val="Emphasis"/>
        </w:rPr>
        <w:t xml:space="preserve"> - Raleigh, North Carolina</w:t>
      </w:r>
    </w:p>
    <w:p>
      <w:pPr>
        <w:pStyle w:val="ListBullet"/>
      </w:pPr>
      <w:r>
        <w:t>Developed custom software in Java (as a member Cisco's CX security development team) to help multiple Cisco customers to programmatically interface with Cisco Identity Services Engine (ISE) and Cisco Firepower Management Center (FMC) managing Cisco's Next-Generation Firewalls, Cisco Secure Firewalls, and IPS.</w:t>
      </w:r>
    </w:p>
    <w:p>
      <w:pPr>
        <w:pStyle w:val="ListBullet"/>
      </w:pPr>
      <w:r>
        <w:t>Developed a Webex Teams bot and a custom application in Python to increase the productivity of the team.</w:t>
      </w:r>
    </w:p>
    <w:p>
      <w:pPr>
        <w:pStyle w:val="ListBullet"/>
      </w:pPr>
      <w:r>
        <w:t>Created an automatic phishing mitigation system using Python that helps users to send emails to a sandbox in order to flag and contain emails that may potential be malicious.</w:t>
      </w:r>
    </w:p>
    <w:p>
      <w:pPr>
        <w:pStyle w:val="ListBullet"/>
      </w:pPr>
      <w:r>
        <w:t>Mentored other interns in various programming languages, architectures, and technical tasks.</w:t>
      </w:r>
    </w:p>
    <w:p>
      <w:r>
        <w:rPr>
          <w:rStyle w:val="Emphasis"/>
          <w:b/>
        </w:rPr>
        <w:t xml:space="preserve"> May 2018 - Aug 2018  </w:t>
      </w:r>
      <w:r>
        <w:rPr>
          <w:b/>
        </w:rPr>
        <w:t xml:space="preserve">Cisco Systems - Advanced Services  </w:t>
      </w:r>
      <w:r>
        <w:rPr>
          <w:rStyle w:val="Emphasis"/>
        </w:rPr>
        <w:t xml:space="preserve"> Python</w:t>
      </w:r>
      <w:r>
        <w:rPr>
          <w:rStyle w:val="Emphasis"/>
        </w:rPr>
        <w:t>,</w:t>
      </w:r>
      <w:r>
        <w:rPr>
          <w:rStyle w:val="Emphasis"/>
        </w:rPr>
        <w:t xml:space="preserve"> Cisco Firepower</w:t>
      </w:r>
      <w:r>
        <w:rPr>
          <w:rStyle w:val="Emphasis"/>
        </w:rPr>
        <w:t>,</w:t>
      </w:r>
      <w:r>
        <w:rPr>
          <w:rStyle w:val="Emphasis"/>
        </w:rPr>
        <w:t xml:space="preserve"> Cisco ISE</w:t>
      </w:r>
      <w:r>
        <w:rPr>
          <w:rStyle w:val="Emphasis"/>
        </w:rPr>
        <w:t>,</w:t>
      </w:r>
      <w:r>
        <w:rPr>
          <w:rStyle w:val="Emphasis"/>
        </w:rPr>
        <w:t xml:space="preserve"> Splunk</w:t>
      </w:r>
      <w:r>
        <w:rPr>
          <w:rStyle w:val="Emphasis"/>
        </w:rPr>
        <w:t xml:space="preserve"> - Raleigh, North Carolina</w:t>
      </w:r>
    </w:p>
    <w:p>
      <w:pPr>
        <w:pStyle w:val="ListBullet"/>
      </w:pPr>
      <w:r>
        <w:t>Created a software solution to assist cybersecurity experts parse thousands of security event logs from firewalls, Cisco Identity Service Engine (ISE), and Splunk servers.</w:t>
      </w:r>
    </w:p>
    <w:p>
      <w:pPr>
        <w:pStyle w:val="ListBullet"/>
      </w:pPr>
      <w:r>
        <w:t>Assisted industry experts to implement, deploy, and troubleshoot Cisco Firepower Threat Defense (FTD), Cisco ASA, and Cisco ISE several customer deployments across the country in the financial services, banking, and healthcare verticals.</w:t>
      </w:r>
    </w:p>
    <w:p>
      <w:pPr>
        <w:pStyle w:val="ListBullet"/>
      </w:pPr>
      <w:r>
        <w:t>Taught Python frameworks (such as Flask and Django) and other technologies to fellow interns. This allowed them to successfully parse and analyze incoming network traffic at scale, as well as providing analytics and insights to administrators, engineers, and customers.</w:t>
      </w:r>
    </w:p>
    <w:p>
      <w:r>
        <w:rPr>
          <w:rStyle w:val="Emphasis"/>
          <w:b/>
        </w:rPr>
        <w:t xml:space="preserve"> May 2017 - Aug 2017  </w:t>
      </w:r>
      <w:r>
        <w:rPr>
          <w:b/>
        </w:rPr>
        <w:t xml:space="preserve">North Carolina State University ASSIST Internship  </w:t>
      </w:r>
      <w:r>
        <w:rPr>
          <w:rStyle w:val="Emphasis"/>
        </w:rPr>
        <w:t xml:space="preserve"> Python</w:t>
      </w:r>
      <w:r>
        <w:rPr>
          <w:rStyle w:val="Emphasis"/>
        </w:rPr>
        <w:t>,</w:t>
      </w:r>
      <w:r>
        <w:rPr>
          <w:rStyle w:val="Emphasis"/>
        </w:rPr>
        <w:t xml:space="preserve"> Bluetooth Low Energy</w:t>
      </w:r>
      <w:r>
        <w:rPr>
          <w:rStyle w:val="Emphasis"/>
        </w:rPr>
        <w:t xml:space="preserve"> - Raleigh, North Carolina</w:t>
      </w:r>
    </w:p>
    <w:p>
      <w:pPr>
        <w:pStyle w:val="ListBullet"/>
      </w:pPr>
      <w:r>
        <w:t>Developed a software platform to enable the monitoring of dangerous Volatile Organic Compounds (V.O.C).</w:t>
      </w:r>
    </w:p>
    <w:p>
      <w:pPr>
        <w:pStyle w:val="ListBullet"/>
      </w:pPr>
      <w:r>
        <w:t>Created real-time multi-threaded application which gathered and processed data from multiple CMUT gas sensors.</w:t>
      </w:r>
    </w:p>
    <w:p>
      <w:pPr>
        <w:pStyle w:val="ListBullet"/>
      </w:pPr>
      <w:r>
        <w:t>Established live graphs to perform analytics and analysis of multiple devices using various file transfer protocols.</w:t>
      </w:r>
    </w:p>
    <w:p>
      <w:pPr>
        <w:pStyle w:val="ListBullet"/>
      </w:pPr>
      <w:r>
        <w:t>Managed and maintained multiple BLE (Bluetooth Low Energy) connections.</w:t>
      </w:r>
    </w:p>
    <w:p>
      <w:pPr>
        <w:jc w:val="center"/>
      </w:pPr>
      <w:r>
        <w:t xml:space="preserve">Complete list of experience can be found on </w:t>
      </w:r>
      <w:hyperlink r:id="rId10">
        <w:r>
          <w:rPr>
            <w:color w:val="568ed2"/>
            <w:u w:val="none"/>
          </w:rPr>
          <w:t>https://www.linkedin.com/in/santosderek/.</w:t>
        </w:r>
      </w:hyperlink>
    </w:p>
    <w:p>
      <w:pPr>
        <w:pStyle w:val="ResumeHeader"/>
        <w:pBdr>
          <w:bottom w:val="single" w:sz="6" w:space="1" w:color="auto"/>
        </w:pBdr>
      </w:pPr>
      <w:r>
        <w:t>Leadership</w:t>
      </w:r>
    </w:p>
    <w:p>
      <w:r>
        <w:rPr>
          <w:rStyle w:val="Emphasis"/>
          <w:b/>
          <w:i/>
        </w:rPr>
        <w:t xml:space="preserve">Aug 2020 - Dec 2020  </w:t>
      </w:r>
      <w:r>
        <w:rPr>
          <w:b/>
        </w:rPr>
        <w:t>Scrum Master - Senior Project</w:t>
      </w:r>
      <w:r>
        <w:rPr>
          <w:rStyle w:val="Emphasis"/>
        </w:rPr>
        <w:t xml:space="preserve"> University of North Carolina - Charlotte </w:t>
      </w:r>
    </w:p>
    <w:p>
      <w:pPr>
        <w:pStyle w:val="ListBullet"/>
      </w:pPr>
      <w:r>
        <w:t>Managed and guided a team of six developers using the scrum agile framework.</w:t>
      </w:r>
    </w:p>
    <w:p>
      <w:r>
        <w:rPr>
          <w:rStyle w:val="Emphasis"/>
          <w:b/>
          <w:i/>
        </w:rPr>
        <w:t xml:space="preserve">Aug 2016 - May 2018  </w:t>
      </w:r>
      <w:r>
        <w:rPr>
          <w:b/>
        </w:rPr>
        <w:t>Lead Computer Science Advisor</w:t>
      </w:r>
      <w:r>
        <w:rPr>
          <w:rStyle w:val="Emphasis"/>
        </w:rPr>
        <w:t xml:space="preserve"> North WTCC Engineering Club </w:t>
      </w:r>
    </w:p>
    <w:p>
      <w:pPr>
        <w:pStyle w:val="ListBullet"/>
      </w:pPr>
      <w:r>
        <w:t>Oversaw all computer science related activities currently taking place within the environment.</w:t>
      </w:r>
    </w:p>
    <w:p>
      <w:r>
        <w:rPr>
          <w:rStyle w:val="Emphasis"/>
          <w:b/>
          <w:i/>
        </w:rPr>
        <w:t xml:space="preserve">Aug 2016 - May 2018  </w:t>
      </w:r>
      <w:r>
        <w:rPr>
          <w:b/>
        </w:rPr>
        <w:t>Inducted Member of The National Society of Leadership and Success</w:t>
      </w:r>
      <w:r>
        <w:rPr>
          <w:rStyle w:val="Emphasis"/>
        </w:rPr>
        <w:t xml:space="preserve"> WTCC </w:t>
      </w:r>
    </w:p>
    <w:p>
      <w:pPr>
        <w:pStyle w:val="ListBullet"/>
      </w:pPr>
      <w:r>
        <w:t>Identified and improved goals for group of peers to achieve long term personal success.</w:t>
      </w:r>
    </w:p>
    <w:p>
      <w:pPr>
        <w:pStyle w:val="ResumeHeader"/>
        <w:pBdr>
          <w:bottom w:val="single" w:sz="6" w:space="1" w:color="auto"/>
        </w:pBdr>
      </w:pPr>
      <w:r>
        <w:t>Education</w:t>
      </w:r>
    </w:p>
    <w:p>
      <w:r>
        <w:rPr>
          <w:rStyle w:val="Emphasis"/>
          <w:b/>
          <w:i/>
        </w:rPr>
        <w:t xml:space="preserve">2018 - 2021  </w:t>
      </w:r>
      <w:r>
        <w:rPr>
          <w:b/>
        </w:rPr>
        <w:t xml:space="preserve">University of North Carolina - Charlotte - </w:t>
      </w:r>
      <w:r>
        <w:rPr>
          <w:rStyle w:val="Emphasis"/>
        </w:rPr>
        <w:t>Bachelor of Science - BS, Computer Science - Major GPA: 3.700 - Overall GPA: 3.523</w:t>
      </w:r>
    </w:p>
    <w:p>
      <w:r>
        <w:rPr>
          <w:rStyle w:val="Emphasis"/>
          <w:b/>
          <w:i/>
        </w:rPr>
        <w:t xml:space="preserve">2014 - 2018  </w:t>
      </w:r>
      <w:r>
        <w:rPr>
          <w:b/>
        </w:rPr>
        <w:t xml:space="preserve">Wake Technical Community College - </w:t>
      </w:r>
      <w:r>
        <w:rPr>
          <w:rStyle w:val="Emphasis"/>
        </w:rPr>
        <w:t>Associate of Engineering, Computer Science</w:t>
      </w:r>
    </w:p>
    <w:sectPr w:rsidR="00FC693F" w:rsidRPr="0006063C" w:rsidSect="00034616">
      <w:pgSz w:w="12240" w:h="15840"/>
      <w:pgMar w:top="567" w:right="1080" w:bottom="567"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17" w:after="17"/>
    </w:pPr>
    <w:rPr>
      <w:rFonts w:ascii="Calibri Light" w:hAnsi="Calibri Light"/>
      <w:color w:val="000000"/>
      <w:sz w:val="15"/>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before="17" w:after="17"/>
      <w:ind w:left="720"/>
      <w:contextualSpacing/>
    </w:pPr>
    <w:rPr>
      <w:rFonts w:ascii="Calibri Light" w:hAnsi="Calibri Light"/>
      <w:color w:val="000000"/>
      <w:sz w:val="15"/>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rFonts w:ascii="Calibri Light" w:hAnsi="Calibri Light"/>
      <w:i/>
      <w:iCs/>
      <w:color w:val="545454"/>
      <w:sz w:val="15"/>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sumeTitle">
    <w:name w:val="ResumeTitle"/>
    <w:pPr>
      <w:spacing w:before="17" w:after="17"/>
      <w:jc w:val="center"/>
    </w:pPr>
    <w:rPr>
      <w:rFonts w:ascii="Calibri Light" w:hAnsi="Calibri Light"/>
      <w:color w:val="000000"/>
      <w:sz w:val="36"/>
    </w:rPr>
  </w:style>
  <w:style w:type="paragraph" w:customStyle="1" w:styleId="ResumeSubtitle">
    <w:name w:val="ResumeSubtitle"/>
    <w:pPr>
      <w:spacing w:before="17" w:after="17"/>
      <w:jc w:val="center"/>
    </w:pPr>
    <w:rPr>
      <w:rFonts w:ascii="Calibri Light" w:hAnsi="Calibri Light"/>
      <w:color w:val="808080"/>
      <w:sz w:val="16"/>
    </w:rPr>
  </w:style>
  <w:style w:type="paragraph" w:customStyle="1" w:styleId="ResumeHeader">
    <w:name w:val="ResumeHeader"/>
    <w:pPr>
      <w:spacing w:before="17" w:after="17"/>
    </w:pPr>
    <w:rPr>
      <w:rFonts w:ascii="Calibri Light" w:hAnsi="Calibri Light"/>
      <w:b/>
      <w:color w:val="000000"/>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santosderek.com/" TargetMode="External"/><Relationship Id="rId10" Type="http://schemas.openxmlformats.org/officeDocument/2006/relationships/hyperlink" Target="https://www.linkedin.com/in/santosderek/" TargetMode="External"/><Relationship Id="rId11" Type="http://schemas.openxmlformats.org/officeDocument/2006/relationships/hyperlink" Target="https://github.com/santosdere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